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47516" w14:textId="428E8577" w:rsidR="00FE48C2" w:rsidRPr="00BA0CFC" w:rsidRDefault="00000000" w:rsidP="00276686">
      <w:pPr>
        <w:pStyle w:val="Kop1"/>
        <w:jc w:val="center"/>
        <w:rPr>
          <w:rFonts w:ascii="Aptos" w:hAnsi="Aptos"/>
          <w:color w:val="auto"/>
          <w:sz w:val="40"/>
          <w:szCs w:val="40"/>
          <w:lang w:val="nl-NL"/>
        </w:rPr>
      </w:pPr>
      <w:r w:rsidRPr="00BA0CFC">
        <w:rPr>
          <w:rFonts w:ascii="Aptos" w:hAnsi="Aptos"/>
          <w:color w:val="auto"/>
          <w:sz w:val="40"/>
          <w:szCs w:val="40"/>
          <w:lang w:val="nl-NL"/>
        </w:rPr>
        <w:t>Pers</w:t>
      </w:r>
      <w:r w:rsidR="00963861" w:rsidRPr="00BA0CFC">
        <w:rPr>
          <w:rFonts w:ascii="Aptos" w:hAnsi="Aptos"/>
          <w:color w:val="auto"/>
          <w:sz w:val="40"/>
          <w:szCs w:val="40"/>
          <w:lang w:val="nl-NL"/>
        </w:rPr>
        <w:t xml:space="preserve">informatie </w:t>
      </w:r>
      <w:r w:rsidRPr="00BA0CFC">
        <w:rPr>
          <w:rFonts w:ascii="Aptos" w:hAnsi="Aptos"/>
          <w:color w:val="auto"/>
          <w:sz w:val="40"/>
          <w:szCs w:val="40"/>
          <w:lang w:val="nl-NL"/>
        </w:rPr>
        <w:t>Houthakkersfeest Lage Vuursche 2026</w:t>
      </w:r>
    </w:p>
    <w:p w14:paraId="7704B3C3" w14:textId="77777777" w:rsidR="00276686" w:rsidRDefault="00276686">
      <w:pPr>
        <w:rPr>
          <w:rFonts w:ascii="Aptos" w:hAnsi="Aptos"/>
          <w:b/>
          <w:lang w:val="nl-NL"/>
        </w:rPr>
      </w:pPr>
    </w:p>
    <w:p w14:paraId="365F2FFC" w14:textId="09713748" w:rsidR="00276686" w:rsidRDefault="00276686">
      <w:pPr>
        <w:rPr>
          <w:rFonts w:ascii="Aptos" w:hAnsi="Aptos"/>
          <w:b/>
          <w:lang w:val="nl-NL"/>
        </w:rPr>
      </w:pPr>
      <w:r>
        <w:rPr>
          <w:rFonts w:ascii="Aptos" w:hAnsi="Aptos"/>
          <w:b/>
          <w:noProof/>
          <w:lang w:val="nl-NL"/>
        </w:rPr>
        <w:drawing>
          <wp:inline distT="0" distB="0" distL="0" distR="0" wp14:anchorId="57626958" wp14:editId="635939A0">
            <wp:extent cx="5274310" cy="1851025"/>
            <wp:effectExtent l="0" t="0" r="2540" b="0"/>
            <wp:docPr id="95608873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88730" name="Afbeelding 956088730"/>
                    <pic:cNvPicPr/>
                  </pic:nvPicPr>
                  <pic:blipFill>
                    <a:blip r:embed="rId6"/>
                    <a:stretch>
                      <a:fillRect/>
                    </a:stretch>
                  </pic:blipFill>
                  <pic:spPr>
                    <a:xfrm>
                      <a:off x="0" y="0"/>
                      <a:ext cx="5274310" cy="1851025"/>
                    </a:xfrm>
                    <a:prstGeom prst="rect">
                      <a:avLst/>
                    </a:prstGeom>
                  </pic:spPr>
                </pic:pic>
              </a:graphicData>
            </a:graphic>
          </wp:inline>
        </w:drawing>
      </w:r>
    </w:p>
    <w:p w14:paraId="05A649E0" w14:textId="77777777" w:rsidR="00276686" w:rsidRDefault="00276686">
      <w:pPr>
        <w:rPr>
          <w:rFonts w:ascii="Aptos" w:hAnsi="Aptos"/>
          <w:b/>
          <w:lang w:val="nl-NL"/>
        </w:rPr>
      </w:pPr>
    </w:p>
    <w:p w14:paraId="0451B8D1" w14:textId="5CEC7C19" w:rsidR="00276686" w:rsidRPr="00BA0CFC" w:rsidRDefault="00276686" w:rsidP="00BA0CFC">
      <w:pPr>
        <w:jc w:val="center"/>
        <w:rPr>
          <w:rFonts w:ascii="Aptos" w:hAnsi="Aptos"/>
          <w:b/>
          <w:bCs/>
          <w:i/>
          <w:iCs/>
          <w:color w:val="AC5600"/>
          <w:sz w:val="48"/>
          <w:szCs w:val="48"/>
          <w:lang w:val="nl-NL"/>
        </w:rPr>
      </w:pPr>
      <w:r w:rsidRPr="00BA0CFC">
        <w:rPr>
          <w:rFonts w:ascii="Aptos" w:hAnsi="Aptos"/>
          <w:b/>
          <w:bCs/>
          <w:i/>
          <w:iCs/>
          <w:color w:val="AC5600"/>
          <w:sz w:val="48"/>
          <w:szCs w:val="48"/>
          <w:lang w:val="nl-NL"/>
        </w:rPr>
        <w:t xml:space="preserve">Thema: </w:t>
      </w:r>
      <w:r w:rsidR="00BA0CFC">
        <w:rPr>
          <w:rFonts w:ascii="Aptos" w:hAnsi="Aptos"/>
          <w:b/>
          <w:bCs/>
          <w:i/>
          <w:iCs/>
          <w:color w:val="AC5600"/>
          <w:sz w:val="48"/>
          <w:szCs w:val="48"/>
          <w:lang w:val="nl-NL"/>
        </w:rPr>
        <w:br/>
      </w:r>
      <w:r w:rsidRPr="00BA0CFC">
        <w:rPr>
          <w:rFonts w:ascii="Aptos" w:hAnsi="Aptos"/>
          <w:b/>
          <w:bCs/>
          <w:i/>
          <w:iCs/>
          <w:color w:val="AC5600"/>
          <w:sz w:val="48"/>
          <w:szCs w:val="48"/>
          <w:lang w:val="nl-NL"/>
        </w:rPr>
        <w:t>Waarom bosbeheer</w:t>
      </w:r>
      <w:r w:rsidR="00BA0CFC">
        <w:rPr>
          <w:rFonts w:ascii="Aptos" w:hAnsi="Aptos"/>
          <w:b/>
          <w:bCs/>
          <w:i/>
          <w:iCs/>
          <w:color w:val="AC5600"/>
          <w:sz w:val="48"/>
          <w:szCs w:val="48"/>
          <w:lang w:val="nl-NL"/>
        </w:rPr>
        <w:br/>
      </w:r>
      <w:r w:rsidRPr="00BA0CFC">
        <w:rPr>
          <w:rFonts w:ascii="Aptos" w:hAnsi="Aptos"/>
          <w:b/>
          <w:bCs/>
          <w:i/>
          <w:iCs/>
          <w:color w:val="AC5600"/>
          <w:sz w:val="48"/>
          <w:szCs w:val="48"/>
          <w:lang w:val="nl-NL"/>
        </w:rPr>
        <w:t>noodzakelijk is</w:t>
      </w:r>
      <w:r w:rsidRPr="00BA0CFC">
        <w:rPr>
          <w:rFonts w:ascii="Aptos" w:hAnsi="Aptos"/>
          <w:b/>
          <w:bCs/>
          <w:i/>
          <w:iCs/>
          <w:color w:val="AC5600"/>
          <w:sz w:val="48"/>
          <w:szCs w:val="48"/>
          <w:lang w:val="nl-NL"/>
        </w:rPr>
        <w:br/>
      </w:r>
    </w:p>
    <w:p w14:paraId="068B6B0E" w14:textId="77777777" w:rsidR="00276686" w:rsidRDefault="00276686">
      <w:pPr>
        <w:rPr>
          <w:rFonts w:ascii="Aptos" w:hAnsi="Aptos"/>
          <w:b/>
          <w:lang w:val="nl-NL"/>
        </w:rPr>
      </w:pPr>
    </w:p>
    <w:p w14:paraId="44288B2E" w14:textId="44153F17" w:rsidR="00BA0CFC" w:rsidRDefault="00000000" w:rsidP="00BA0CFC">
      <w:pPr>
        <w:jc w:val="center"/>
        <w:rPr>
          <w:rFonts w:ascii="Aptos" w:hAnsi="Aptos"/>
          <w:b/>
          <w:sz w:val="36"/>
          <w:szCs w:val="36"/>
          <w:lang w:val="nl-NL"/>
        </w:rPr>
      </w:pPr>
      <w:r w:rsidRPr="00BA0CFC">
        <w:rPr>
          <w:rFonts w:ascii="Aptos" w:hAnsi="Aptos"/>
          <w:b/>
          <w:sz w:val="36"/>
          <w:szCs w:val="36"/>
          <w:lang w:val="nl-NL"/>
        </w:rPr>
        <w:t>37e editie – 22 en 23 augustus 2026</w:t>
      </w:r>
      <w:r w:rsidR="00276686" w:rsidRPr="00BA0CFC">
        <w:rPr>
          <w:rFonts w:ascii="Aptos" w:hAnsi="Aptos"/>
          <w:b/>
          <w:sz w:val="36"/>
          <w:szCs w:val="36"/>
          <w:lang w:val="nl-NL"/>
        </w:rPr>
        <w:br/>
        <w:t>Kuil van Drakensteyn – Lage Vuursche</w:t>
      </w:r>
    </w:p>
    <w:p w14:paraId="6DE1370D" w14:textId="4D158C81" w:rsidR="00BA0CFC" w:rsidRPr="00997FEA" w:rsidRDefault="00BA0CFC" w:rsidP="00BA0CFC">
      <w:pPr>
        <w:jc w:val="center"/>
        <w:rPr>
          <w:rFonts w:ascii="Aptos" w:hAnsi="Aptos"/>
          <w:b/>
          <w:sz w:val="36"/>
          <w:szCs w:val="36"/>
          <w:u w:val="single"/>
          <w:lang w:val="nl-NL"/>
        </w:rPr>
      </w:pPr>
      <w:r w:rsidRPr="00997FEA">
        <w:rPr>
          <w:rFonts w:ascii="Aptos" w:hAnsi="Aptos"/>
          <w:b/>
          <w:sz w:val="36"/>
          <w:szCs w:val="36"/>
          <w:u w:val="single"/>
          <w:lang w:val="nl-NL"/>
        </w:rPr>
        <w:t>Persinformatie</w:t>
      </w:r>
      <w:r w:rsidR="00997FEA" w:rsidRPr="00997FEA">
        <w:rPr>
          <w:rFonts w:ascii="Aptos" w:hAnsi="Aptos"/>
          <w:b/>
          <w:sz w:val="36"/>
          <w:szCs w:val="36"/>
          <w:u w:val="single"/>
          <w:lang w:val="nl-NL"/>
        </w:rPr>
        <w:t xml:space="preserve"> + beeldmateriaal</w:t>
      </w:r>
      <w:r w:rsidRPr="00997FEA">
        <w:rPr>
          <w:rFonts w:ascii="Aptos" w:hAnsi="Aptos"/>
          <w:b/>
          <w:sz w:val="36"/>
          <w:szCs w:val="36"/>
          <w:u w:val="single"/>
          <w:lang w:val="nl-NL"/>
        </w:rPr>
        <w:t>:</w:t>
      </w:r>
    </w:p>
    <w:p w14:paraId="00A760C5" w14:textId="2A72A612" w:rsidR="00BA0CFC" w:rsidRDefault="00BA0CFC" w:rsidP="00BA0CFC">
      <w:pPr>
        <w:jc w:val="center"/>
        <w:rPr>
          <w:rFonts w:ascii="Aptos" w:hAnsi="Aptos"/>
          <w:b/>
          <w:sz w:val="40"/>
          <w:szCs w:val="40"/>
          <w:lang w:val="nl-NL"/>
        </w:rPr>
      </w:pPr>
      <w:r>
        <w:rPr>
          <w:rFonts w:ascii="Aptos" w:hAnsi="Aptos"/>
          <w:b/>
          <w:noProof/>
          <w:sz w:val="40"/>
          <w:szCs w:val="40"/>
          <w:lang w:val="nl-NL"/>
        </w:rPr>
        <w:drawing>
          <wp:inline distT="0" distB="0" distL="0" distR="0" wp14:anchorId="0B59B72A" wp14:editId="3D9706F9">
            <wp:extent cx="2257425" cy="2257425"/>
            <wp:effectExtent l="0" t="0" r="9525" b="9525"/>
            <wp:docPr id="32808157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081577" name="Afbeelding 328081577"/>
                    <pic:cNvPicPr/>
                  </pic:nvPicPr>
                  <pic:blipFill>
                    <a:blip r:embed="rId7"/>
                    <a:stretch>
                      <a:fillRect/>
                    </a:stretch>
                  </pic:blipFill>
                  <pic:spPr>
                    <a:xfrm>
                      <a:off x="0" y="0"/>
                      <a:ext cx="2257425" cy="2257425"/>
                    </a:xfrm>
                    <a:prstGeom prst="rect">
                      <a:avLst/>
                    </a:prstGeom>
                  </pic:spPr>
                </pic:pic>
              </a:graphicData>
            </a:graphic>
          </wp:inline>
        </w:drawing>
      </w:r>
      <w:r>
        <w:rPr>
          <w:rFonts w:ascii="Aptos" w:hAnsi="Aptos"/>
          <w:b/>
          <w:sz w:val="40"/>
          <w:szCs w:val="40"/>
          <w:lang w:val="nl-NL"/>
        </w:rPr>
        <w:br w:type="page"/>
      </w:r>
    </w:p>
    <w:p w14:paraId="3A01304C" w14:textId="613DB2EB" w:rsidR="00FE48C2" w:rsidRDefault="00963861">
      <w:pPr>
        <w:rPr>
          <w:rFonts w:ascii="Aptos" w:hAnsi="Aptos"/>
          <w:sz w:val="24"/>
          <w:szCs w:val="24"/>
          <w:lang w:val="nl-NL"/>
        </w:rPr>
      </w:pPr>
      <w:r w:rsidRPr="00BA0CFC">
        <w:rPr>
          <w:rFonts w:ascii="Aptos" w:hAnsi="Aptos"/>
          <w:sz w:val="24"/>
          <w:szCs w:val="24"/>
          <w:lang w:val="nl-NL"/>
        </w:rPr>
        <w:lastRenderedPageBreak/>
        <w:t>(persbericht – korte versie)</w:t>
      </w:r>
    </w:p>
    <w:p w14:paraId="49EBDE89" w14:textId="77777777" w:rsidR="00BA0CFC" w:rsidRPr="00BA0CFC" w:rsidRDefault="00BA0CFC">
      <w:pPr>
        <w:rPr>
          <w:rFonts w:ascii="Aptos" w:hAnsi="Aptos"/>
          <w:sz w:val="24"/>
          <w:szCs w:val="24"/>
          <w:lang w:val="nl-NL"/>
        </w:rPr>
      </w:pPr>
    </w:p>
    <w:p w14:paraId="5A161910" w14:textId="4DD37EA8" w:rsidR="00963861" w:rsidRPr="00963861" w:rsidRDefault="00963861" w:rsidP="00963861">
      <w:pPr>
        <w:rPr>
          <w:rFonts w:ascii="Aptos" w:hAnsi="Aptos"/>
          <w:b/>
          <w:bCs/>
          <w:sz w:val="36"/>
          <w:szCs w:val="36"/>
          <w:lang w:val="nl-NL"/>
        </w:rPr>
      </w:pPr>
      <w:r w:rsidRPr="00963861">
        <w:rPr>
          <w:rFonts w:ascii="Aptos" w:hAnsi="Aptos"/>
          <w:b/>
          <w:bCs/>
          <w:sz w:val="36"/>
          <w:szCs w:val="36"/>
          <w:lang w:val="nl-NL"/>
        </w:rPr>
        <w:t xml:space="preserve">Houthakkersfeest laat </w:t>
      </w:r>
      <w:r>
        <w:rPr>
          <w:rFonts w:ascii="Aptos" w:hAnsi="Aptos"/>
          <w:b/>
          <w:bCs/>
          <w:sz w:val="36"/>
          <w:szCs w:val="36"/>
          <w:lang w:val="nl-NL"/>
        </w:rPr>
        <w:t>zien</w:t>
      </w:r>
      <w:r w:rsidRPr="00963861">
        <w:rPr>
          <w:rFonts w:ascii="Aptos" w:hAnsi="Aptos"/>
          <w:b/>
          <w:bCs/>
          <w:sz w:val="36"/>
          <w:szCs w:val="36"/>
          <w:lang w:val="nl-NL"/>
        </w:rPr>
        <w:t xml:space="preserve"> waarom goed bosbeheer belangrijker is dan ooit</w:t>
      </w:r>
      <w:r>
        <w:rPr>
          <w:rFonts w:ascii="Aptos" w:hAnsi="Aptos"/>
          <w:b/>
          <w:bCs/>
          <w:sz w:val="36"/>
          <w:szCs w:val="36"/>
          <w:lang w:val="nl-NL"/>
        </w:rPr>
        <w:t>.</w:t>
      </w:r>
    </w:p>
    <w:p w14:paraId="665116E8" w14:textId="77777777" w:rsidR="00963861" w:rsidRPr="00963861" w:rsidRDefault="00963861" w:rsidP="00963861">
      <w:pPr>
        <w:rPr>
          <w:rFonts w:ascii="Aptos" w:hAnsi="Aptos"/>
          <w:sz w:val="24"/>
          <w:szCs w:val="24"/>
          <w:lang w:val="nl-NL"/>
        </w:rPr>
      </w:pPr>
      <w:r w:rsidRPr="00963861">
        <w:rPr>
          <w:rFonts w:ascii="Aptos" w:hAnsi="Aptos"/>
          <w:sz w:val="24"/>
          <w:szCs w:val="24"/>
          <w:lang w:val="nl-NL"/>
        </w:rPr>
        <w:t>Bosbranden in Zuid-Europa, zorgen over de gezondheid van Nederlandse bossen en discussies wanneer bomen worden gekapt. Bosbeheer staat volop in de belangstelling, maar roept ook regelmatig vragen op. Waarom verdwijnen gezonde bomen? Waarom wordt een bos uitgedund? En hoe zorgen we ervoor dat toekomstige generaties óók van gezonde bossen kunnen genieten?</w:t>
      </w:r>
    </w:p>
    <w:p w14:paraId="4FE8AE67" w14:textId="65FDF9CA" w:rsidR="00963861" w:rsidRPr="00963861" w:rsidRDefault="00963861" w:rsidP="00963861">
      <w:pPr>
        <w:rPr>
          <w:rFonts w:ascii="Aptos" w:hAnsi="Aptos"/>
          <w:b/>
          <w:bCs/>
          <w:sz w:val="28"/>
          <w:szCs w:val="28"/>
          <w:lang w:val="nl-NL"/>
        </w:rPr>
      </w:pPr>
      <w:r w:rsidRPr="00963861">
        <w:rPr>
          <w:rFonts w:ascii="Aptos" w:hAnsi="Aptos"/>
          <w:b/>
          <w:bCs/>
          <w:sz w:val="28"/>
          <w:szCs w:val="28"/>
          <w:lang w:val="nl-NL"/>
        </w:rPr>
        <w:t>Aan het werk in het bos</w:t>
      </w:r>
    </w:p>
    <w:p w14:paraId="2C778361" w14:textId="77777777" w:rsidR="00963861" w:rsidRPr="00963861" w:rsidRDefault="00963861" w:rsidP="00963861">
      <w:pPr>
        <w:rPr>
          <w:rFonts w:ascii="Aptos" w:hAnsi="Aptos"/>
          <w:sz w:val="24"/>
          <w:szCs w:val="24"/>
          <w:lang w:val="nl-NL"/>
        </w:rPr>
      </w:pPr>
      <w:r w:rsidRPr="00963861">
        <w:rPr>
          <w:rFonts w:ascii="Aptos" w:hAnsi="Aptos"/>
          <w:sz w:val="24"/>
          <w:szCs w:val="24"/>
          <w:lang w:val="nl-NL"/>
        </w:rPr>
        <w:t xml:space="preserve">Tijdens de 37e editie van het Houthakkersfeest op 22 en 23 augustus in Lage Vuursche staat juist dat verhaal centraal. Nieuw is het interactieve </w:t>
      </w:r>
      <w:proofErr w:type="spellStart"/>
      <w:r w:rsidRPr="00963861">
        <w:rPr>
          <w:rFonts w:ascii="Aptos" w:hAnsi="Aptos"/>
          <w:sz w:val="24"/>
          <w:szCs w:val="24"/>
          <w:lang w:val="nl-NL"/>
        </w:rPr>
        <w:t>beleefpad</w:t>
      </w:r>
      <w:proofErr w:type="spellEnd"/>
      <w:r w:rsidRPr="00963861">
        <w:rPr>
          <w:rFonts w:ascii="Aptos" w:hAnsi="Aptos"/>
          <w:sz w:val="24"/>
          <w:szCs w:val="24"/>
          <w:lang w:val="nl-NL"/>
        </w:rPr>
        <w:t xml:space="preserve"> 'Van boom naar plank'. Bezoekers wandelen door het bos en ontdekken aan de hand van machines, demonstraties en informatiepanelen hoe duurzaam bosbeheer werkt en welke route hout aflegt van levende boom tot waardevol eindproduct.</w:t>
      </w:r>
    </w:p>
    <w:p w14:paraId="7FF7F188" w14:textId="0FB0B489" w:rsidR="00963861" w:rsidRPr="00963861" w:rsidRDefault="00963861" w:rsidP="00963861">
      <w:pPr>
        <w:rPr>
          <w:rFonts w:ascii="Aptos" w:hAnsi="Aptos"/>
          <w:b/>
          <w:bCs/>
          <w:sz w:val="28"/>
          <w:szCs w:val="28"/>
          <w:lang w:val="nl-NL"/>
        </w:rPr>
      </w:pPr>
      <w:r w:rsidRPr="00963861">
        <w:rPr>
          <w:rFonts w:ascii="Aptos" w:hAnsi="Aptos"/>
          <w:b/>
          <w:bCs/>
          <w:sz w:val="28"/>
          <w:szCs w:val="28"/>
          <w:lang w:val="nl-NL"/>
        </w:rPr>
        <w:t>Leren, beleven, spelen, doen</w:t>
      </w:r>
    </w:p>
    <w:p w14:paraId="65F9F1AE" w14:textId="36197311" w:rsidR="00963861" w:rsidRDefault="00963861" w:rsidP="00963861">
      <w:pPr>
        <w:rPr>
          <w:rFonts w:ascii="Aptos" w:hAnsi="Aptos"/>
          <w:sz w:val="24"/>
          <w:szCs w:val="24"/>
          <w:lang w:val="nl-NL"/>
        </w:rPr>
      </w:pPr>
      <w:r w:rsidRPr="00963861">
        <w:rPr>
          <w:rFonts w:ascii="Aptos" w:hAnsi="Aptos"/>
          <w:sz w:val="24"/>
          <w:szCs w:val="24"/>
          <w:lang w:val="nl-NL"/>
        </w:rPr>
        <w:t>Het Houthakkersfeest brengt die boodschap op een laagdrempelige manier. Wie wil, verdiept zich in het verhaal achter het bos</w:t>
      </w:r>
      <w:r>
        <w:rPr>
          <w:rFonts w:ascii="Aptos" w:hAnsi="Aptos"/>
          <w:sz w:val="24"/>
          <w:szCs w:val="24"/>
          <w:lang w:val="nl-NL"/>
        </w:rPr>
        <w:t xml:space="preserve"> in het bostheater</w:t>
      </w:r>
      <w:r w:rsidRPr="00963861">
        <w:rPr>
          <w:rFonts w:ascii="Aptos" w:hAnsi="Aptos"/>
          <w:sz w:val="24"/>
          <w:szCs w:val="24"/>
          <w:lang w:val="nl-NL"/>
        </w:rPr>
        <w:t xml:space="preserve">. Wie liever komt voor spektakel, geniet van het NK Carving, Highland Games, </w:t>
      </w:r>
      <w:proofErr w:type="spellStart"/>
      <w:r w:rsidRPr="00963861">
        <w:rPr>
          <w:rFonts w:ascii="Aptos" w:hAnsi="Aptos"/>
          <w:sz w:val="24"/>
          <w:szCs w:val="24"/>
          <w:lang w:val="nl-NL"/>
        </w:rPr>
        <w:t>bosarbeidwedstrijden</w:t>
      </w:r>
      <w:proofErr w:type="spellEnd"/>
      <w:r w:rsidRPr="00963861">
        <w:rPr>
          <w:rFonts w:ascii="Aptos" w:hAnsi="Aptos"/>
          <w:sz w:val="24"/>
          <w:szCs w:val="24"/>
          <w:lang w:val="nl-NL"/>
        </w:rPr>
        <w:t>, houtladen, kinderactiviteiten, muziek, foodtrucks en de houthakkersmarkt. Kinderen kunnen overal zelf meedoen, ontdekken en beleven.</w:t>
      </w:r>
    </w:p>
    <w:p w14:paraId="36AB56E5" w14:textId="77777777" w:rsidR="00276686" w:rsidRDefault="00276686" w:rsidP="00963861">
      <w:pPr>
        <w:rPr>
          <w:rFonts w:ascii="Aptos" w:hAnsi="Aptos"/>
          <w:sz w:val="24"/>
          <w:szCs w:val="24"/>
          <w:lang w:val="nl-NL"/>
        </w:rPr>
      </w:pPr>
    </w:p>
    <w:p w14:paraId="11FB998B" w14:textId="0EF6F9C9" w:rsidR="00276686" w:rsidRPr="00963861" w:rsidRDefault="00276686" w:rsidP="00963861">
      <w:pPr>
        <w:rPr>
          <w:rFonts w:ascii="Aptos" w:hAnsi="Aptos"/>
          <w:sz w:val="24"/>
          <w:szCs w:val="24"/>
          <w:lang w:val="nl-NL"/>
        </w:rPr>
      </w:pPr>
      <w:r>
        <w:rPr>
          <w:rFonts w:ascii="Aptos" w:hAnsi="Aptos"/>
          <w:sz w:val="24"/>
          <w:szCs w:val="24"/>
          <w:lang w:val="nl-NL"/>
        </w:rPr>
        <w:t>(aanvullende info – zie bijlage)</w:t>
      </w:r>
    </w:p>
    <w:p w14:paraId="538297BA" w14:textId="77777777" w:rsidR="00963861" w:rsidRDefault="00963861">
      <w:pPr>
        <w:rPr>
          <w:rFonts w:ascii="Aptos" w:eastAsiaTheme="majorEastAsia" w:hAnsi="Aptos" w:cstheme="majorBidi"/>
          <w:b/>
          <w:bCs/>
          <w:sz w:val="26"/>
          <w:szCs w:val="26"/>
          <w:lang w:val="nl-NL"/>
        </w:rPr>
      </w:pPr>
      <w:r>
        <w:rPr>
          <w:rFonts w:ascii="Aptos" w:hAnsi="Aptos"/>
          <w:lang w:val="nl-NL"/>
        </w:rPr>
        <w:br w:type="page"/>
      </w:r>
    </w:p>
    <w:p w14:paraId="480AF6E1" w14:textId="57F30C27" w:rsidR="00963861" w:rsidRDefault="00963861" w:rsidP="00BA0CFC">
      <w:pPr>
        <w:pStyle w:val="Kop2"/>
        <w:rPr>
          <w:rFonts w:ascii="Aptos" w:hAnsi="Aptos"/>
          <w:b w:val="0"/>
          <w:bCs w:val="0"/>
          <w:color w:val="auto"/>
          <w:lang w:val="nl-NL"/>
        </w:rPr>
      </w:pPr>
      <w:r w:rsidRPr="00963861">
        <w:rPr>
          <w:rFonts w:ascii="Aptos" w:hAnsi="Aptos"/>
          <w:b w:val="0"/>
          <w:bCs w:val="0"/>
          <w:color w:val="auto"/>
          <w:lang w:val="nl-NL"/>
        </w:rPr>
        <w:lastRenderedPageBreak/>
        <w:t>(per</w:t>
      </w:r>
      <w:r w:rsidR="00BA0CFC">
        <w:rPr>
          <w:rFonts w:ascii="Aptos" w:hAnsi="Aptos"/>
          <w:b w:val="0"/>
          <w:bCs w:val="0"/>
          <w:color w:val="auto"/>
          <w:lang w:val="nl-NL"/>
        </w:rPr>
        <w:t>s</w:t>
      </w:r>
      <w:r w:rsidRPr="00963861">
        <w:rPr>
          <w:rFonts w:ascii="Aptos" w:hAnsi="Aptos"/>
          <w:b w:val="0"/>
          <w:bCs w:val="0"/>
          <w:color w:val="auto"/>
          <w:lang w:val="nl-NL"/>
        </w:rPr>
        <w:t>bericht – lange versie)</w:t>
      </w:r>
    </w:p>
    <w:p w14:paraId="2F61D9F3" w14:textId="77777777" w:rsidR="00BA0CFC" w:rsidRPr="00BA0CFC" w:rsidRDefault="00BA0CFC" w:rsidP="00BA0CFC">
      <w:pPr>
        <w:rPr>
          <w:lang w:val="nl-NL"/>
        </w:rPr>
      </w:pPr>
    </w:p>
    <w:p w14:paraId="5A86D048" w14:textId="5DE6B4FB" w:rsidR="00963861" w:rsidRPr="00963861" w:rsidRDefault="00963861" w:rsidP="00963861">
      <w:pPr>
        <w:rPr>
          <w:rFonts w:ascii="Aptos" w:hAnsi="Aptos"/>
          <w:b/>
          <w:bCs/>
          <w:sz w:val="36"/>
          <w:szCs w:val="36"/>
          <w:lang w:val="nl-NL"/>
        </w:rPr>
      </w:pPr>
      <w:r w:rsidRPr="00963861">
        <w:rPr>
          <w:rFonts w:ascii="Aptos" w:hAnsi="Aptos"/>
          <w:b/>
          <w:bCs/>
          <w:sz w:val="36"/>
          <w:szCs w:val="36"/>
          <w:lang w:val="nl-NL"/>
        </w:rPr>
        <w:t>Houthakkersfeest laat bezoekers ontdekken waarom goed bosbeheer belangrijker is dan ooit</w:t>
      </w:r>
    </w:p>
    <w:p w14:paraId="5CFEA7DC" w14:textId="77777777" w:rsidR="00963861" w:rsidRDefault="00963861" w:rsidP="00963861">
      <w:pPr>
        <w:rPr>
          <w:rFonts w:ascii="Aptos" w:hAnsi="Aptos"/>
          <w:sz w:val="24"/>
          <w:szCs w:val="24"/>
          <w:lang w:val="nl-NL"/>
        </w:rPr>
      </w:pPr>
      <w:r w:rsidRPr="00963861">
        <w:rPr>
          <w:rFonts w:ascii="Aptos" w:hAnsi="Aptos"/>
          <w:sz w:val="24"/>
          <w:szCs w:val="24"/>
          <w:lang w:val="nl-NL"/>
        </w:rPr>
        <w:t xml:space="preserve">De beelden van grote bosbranden in Zuid-Europa, de toenemende droogte en zorgen over de conditie van Nederlandse bossen maken duidelijk dat natuur niet vanzelf gezond blijft. Tegelijkertijd ontstaat regelmatig onbegrip wanneer bosbeheerders beginnen met het kappen van bomen. </w:t>
      </w:r>
    </w:p>
    <w:p w14:paraId="3B0A6D2A" w14:textId="11D3F0E7" w:rsidR="00963861" w:rsidRPr="00963861" w:rsidRDefault="00963861" w:rsidP="00963861">
      <w:pPr>
        <w:rPr>
          <w:rFonts w:ascii="Aptos" w:hAnsi="Aptos"/>
          <w:b/>
          <w:bCs/>
          <w:sz w:val="24"/>
          <w:szCs w:val="24"/>
          <w:lang w:val="nl-NL"/>
        </w:rPr>
      </w:pPr>
      <w:r w:rsidRPr="00963861">
        <w:rPr>
          <w:rFonts w:ascii="Aptos" w:hAnsi="Aptos"/>
          <w:b/>
          <w:bCs/>
          <w:i/>
          <w:iCs/>
          <w:sz w:val="24"/>
          <w:szCs w:val="24"/>
          <w:lang w:val="nl-NL"/>
        </w:rPr>
        <w:t xml:space="preserve">Het lijkt tegenstrijdig: waarom haal je bomen weg om een bos beter te maken? - </w:t>
      </w:r>
      <w:r w:rsidRPr="00963861">
        <w:rPr>
          <w:rFonts w:ascii="Aptos" w:hAnsi="Aptos"/>
          <w:b/>
          <w:bCs/>
          <w:sz w:val="24"/>
          <w:szCs w:val="24"/>
          <w:lang w:val="nl-NL"/>
        </w:rPr>
        <w:t>Juist dat verhaal wil het Houthakkersfeest dit jaar vertellen.</w:t>
      </w:r>
    </w:p>
    <w:p w14:paraId="29AA1111" w14:textId="77777777" w:rsidR="00963861" w:rsidRPr="00963861" w:rsidRDefault="00963861" w:rsidP="00963861">
      <w:pPr>
        <w:rPr>
          <w:rFonts w:ascii="Aptos" w:hAnsi="Aptos"/>
          <w:sz w:val="24"/>
          <w:szCs w:val="24"/>
          <w:lang w:val="nl-NL"/>
        </w:rPr>
      </w:pPr>
      <w:r w:rsidRPr="00963861">
        <w:rPr>
          <w:rFonts w:ascii="Aptos" w:hAnsi="Aptos"/>
          <w:sz w:val="24"/>
          <w:szCs w:val="24"/>
          <w:lang w:val="nl-NL"/>
        </w:rPr>
        <w:t>Op zaterdag 22 en zondag 23 augustus staat de Kuil van Drakensteyn in Lage Vuursche in het teken van de 37e editie van het Houthakkersfeest. Het evenement laat bezoekers niet alleen genieten van indrukwekkende wedstrijden en demonstraties, maar wil vooral laten zien hoe belangrijk goed bosbeheer is voor de toekomst van onze bossen.</w:t>
      </w:r>
    </w:p>
    <w:p w14:paraId="5FFCF887" w14:textId="77777777" w:rsidR="00963861" w:rsidRPr="00963861" w:rsidRDefault="00963861" w:rsidP="00963861">
      <w:pPr>
        <w:rPr>
          <w:rFonts w:ascii="Aptos" w:hAnsi="Aptos"/>
          <w:b/>
          <w:bCs/>
          <w:sz w:val="28"/>
          <w:szCs w:val="28"/>
          <w:lang w:val="nl-NL"/>
        </w:rPr>
      </w:pPr>
      <w:r w:rsidRPr="00963861">
        <w:rPr>
          <w:rFonts w:ascii="Aptos" w:hAnsi="Aptos"/>
          <w:b/>
          <w:bCs/>
          <w:sz w:val="28"/>
          <w:szCs w:val="28"/>
          <w:lang w:val="nl-NL"/>
        </w:rPr>
        <w:t>Aan het werk in het bos</w:t>
      </w:r>
    </w:p>
    <w:p w14:paraId="289F4303" w14:textId="63AA054A" w:rsidR="00963861" w:rsidRPr="00963861" w:rsidRDefault="00963861" w:rsidP="00963861">
      <w:pPr>
        <w:rPr>
          <w:rFonts w:ascii="Aptos" w:hAnsi="Aptos"/>
          <w:sz w:val="24"/>
          <w:szCs w:val="24"/>
          <w:lang w:val="nl-NL"/>
        </w:rPr>
      </w:pPr>
      <w:r w:rsidRPr="00963861">
        <w:rPr>
          <w:rFonts w:ascii="Aptos" w:hAnsi="Aptos"/>
          <w:sz w:val="24"/>
          <w:szCs w:val="24"/>
          <w:lang w:val="nl-NL"/>
        </w:rPr>
        <w:t xml:space="preserve">Nieuw is het interactieve </w:t>
      </w:r>
      <w:proofErr w:type="spellStart"/>
      <w:r w:rsidRPr="00963861">
        <w:rPr>
          <w:rFonts w:ascii="Aptos" w:hAnsi="Aptos"/>
          <w:sz w:val="24"/>
          <w:szCs w:val="24"/>
          <w:lang w:val="nl-NL"/>
        </w:rPr>
        <w:t>beleefpad</w:t>
      </w:r>
      <w:proofErr w:type="spellEnd"/>
      <w:r w:rsidRPr="00963861">
        <w:rPr>
          <w:rFonts w:ascii="Aptos" w:hAnsi="Aptos"/>
          <w:sz w:val="24"/>
          <w:szCs w:val="24"/>
          <w:lang w:val="nl-NL"/>
        </w:rPr>
        <w:t xml:space="preserve"> 'Van boom naar plank'. Langs een wandelroute door het bos vertellen bosbeheerders, houtverwerkers en natuurorganisaties het complete verhaal achter duurzaam bosbeheer. Waarom worden bomen soms gekapt? Hoe ontstaat een sterker en gevarieerder bos? En hoe groeit een boom uiteindelijk uit tot een duurzaam bouwmateriaal of een mooi houten product? Bezoekers bepalen zelf hoeveel zij willen ontdekken. Wie nieuwsgierig is, vindt overal uitleg, demonstraties en praktijkvoorbeelden.</w:t>
      </w:r>
    </w:p>
    <w:p w14:paraId="018CE92D" w14:textId="77777777" w:rsidR="00276686" w:rsidRPr="00963861" w:rsidRDefault="00276686" w:rsidP="00276686">
      <w:pPr>
        <w:rPr>
          <w:rFonts w:ascii="Aptos" w:hAnsi="Aptos"/>
          <w:b/>
          <w:bCs/>
          <w:sz w:val="28"/>
          <w:szCs w:val="28"/>
          <w:lang w:val="nl-NL"/>
        </w:rPr>
      </w:pPr>
      <w:r w:rsidRPr="00963861">
        <w:rPr>
          <w:rFonts w:ascii="Aptos" w:hAnsi="Aptos"/>
          <w:b/>
          <w:bCs/>
          <w:sz w:val="28"/>
          <w:szCs w:val="28"/>
          <w:lang w:val="nl-NL"/>
        </w:rPr>
        <w:t>Leren, beleven, spelen, doen</w:t>
      </w:r>
    </w:p>
    <w:p w14:paraId="5C79CE08" w14:textId="77777777" w:rsidR="00963861" w:rsidRPr="00963861" w:rsidRDefault="00963861" w:rsidP="00963861">
      <w:pPr>
        <w:rPr>
          <w:rFonts w:ascii="Aptos" w:hAnsi="Aptos"/>
          <w:sz w:val="24"/>
          <w:szCs w:val="24"/>
          <w:lang w:val="nl-NL"/>
        </w:rPr>
      </w:pPr>
      <w:r w:rsidRPr="00963861">
        <w:rPr>
          <w:rFonts w:ascii="Aptos" w:hAnsi="Aptos"/>
          <w:sz w:val="24"/>
          <w:szCs w:val="24"/>
          <w:lang w:val="nl-NL"/>
        </w:rPr>
        <w:t>Die laagdrempelige opzet is kenmerkend voor het Houthakkersfeest. Leren gebeurt spelenderwijs. Bezoekers kiezen zelf hun route en combineren informatie met een dag vol activiteiten voor het hele gezin.</w:t>
      </w:r>
    </w:p>
    <w:p w14:paraId="47E1EF7C" w14:textId="28C76217" w:rsidR="00963861" w:rsidRPr="00276686" w:rsidRDefault="00276686" w:rsidP="00963861">
      <w:pPr>
        <w:rPr>
          <w:rFonts w:ascii="Aptos" w:hAnsi="Aptos"/>
          <w:b/>
          <w:bCs/>
          <w:sz w:val="28"/>
          <w:szCs w:val="28"/>
          <w:lang w:val="nl-NL"/>
        </w:rPr>
      </w:pPr>
      <w:r w:rsidRPr="00276686">
        <w:rPr>
          <w:rFonts w:ascii="Aptos" w:hAnsi="Aptos"/>
          <w:b/>
          <w:bCs/>
          <w:sz w:val="28"/>
          <w:szCs w:val="28"/>
          <w:lang w:val="nl-NL"/>
        </w:rPr>
        <w:t>Wedstrijden en spektakel</w:t>
      </w:r>
    </w:p>
    <w:p w14:paraId="41AD408A" w14:textId="77777777" w:rsidR="00963861" w:rsidRPr="00963861" w:rsidRDefault="00963861" w:rsidP="00963861">
      <w:pPr>
        <w:rPr>
          <w:rFonts w:ascii="Aptos" w:hAnsi="Aptos"/>
          <w:sz w:val="24"/>
          <w:szCs w:val="24"/>
          <w:lang w:val="nl-NL"/>
        </w:rPr>
      </w:pPr>
      <w:r w:rsidRPr="00963861">
        <w:rPr>
          <w:rFonts w:ascii="Aptos" w:hAnsi="Aptos"/>
          <w:sz w:val="24"/>
          <w:szCs w:val="24"/>
          <w:lang w:val="nl-NL"/>
        </w:rPr>
        <w:t xml:space="preserve">Ook het programma is uitgebreid. Tijdens het Nederlands Kampioenschap Carving strijden deelnemers uit Nederland, Engeland, Oostenrijk en Denemarken in drie disciplines, waaronder de nieuwe </w:t>
      </w:r>
      <w:proofErr w:type="spellStart"/>
      <w:r w:rsidRPr="00963861">
        <w:rPr>
          <w:rFonts w:ascii="Aptos" w:hAnsi="Aptos"/>
          <w:sz w:val="24"/>
          <w:szCs w:val="24"/>
          <w:lang w:val="nl-NL"/>
        </w:rPr>
        <w:t>Chainsaw</w:t>
      </w:r>
      <w:proofErr w:type="spellEnd"/>
      <w:r w:rsidRPr="00963861">
        <w:rPr>
          <w:rFonts w:ascii="Aptos" w:hAnsi="Aptos"/>
          <w:sz w:val="24"/>
          <w:szCs w:val="24"/>
          <w:lang w:val="nl-NL"/>
        </w:rPr>
        <w:t xml:space="preserve"> </w:t>
      </w:r>
      <w:proofErr w:type="spellStart"/>
      <w:r w:rsidRPr="00963861">
        <w:rPr>
          <w:rFonts w:ascii="Aptos" w:hAnsi="Aptos"/>
          <w:sz w:val="24"/>
          <w:szCs w:val="24"/>
          <w:lang w:val="nl-NL"/>
        </w:rPr>
        <w:t>Only</w:t>
      </w:r>
      <w:proofErr w:type="spellEnd"/>
      <w:r w:rsidRPr="00963861">
        <w:rPr>
          <w:rFonts w:ascii="Aptos" w:hAnsi="Aptos"/>
          <w:sz w:val="24"/>
          <w:szCs w:val="24"/>
          <w:lang w:val="nl-NL"/>
        </w:rPr>
        <w:t>-competitie.</w:t>
      </w:r>
    </w:p>
    <w:p w14:paraId="26EB6D13" w14:textId="77777777" w:rsidR="00963861" w:rsidRPr="00963861" w:rsidRDefault="00963861" w:rsidP="00963861">
      <w:pPr>
        <w:rPr>
          <w:rFonts w:ascii="Aptos" w:hAnsi="Aptos"/>
          <w:sz w:val="24"/>
          <w:szCs w:val="24"/>
          <w:lang w:val="nl-NL"/>
        </w:rPr>
      </w:pPr>
      <w:r w:rsidRPr="00963861">
        <w:rPr>
          <w:rFonts w:ascii="Aptos" w:hAnsi="Aptos"/>
          <w:sz w:val="24"/>
          <w:szCs w:val="24"/>
          <w:lang w:val="nl-NL"/>
        </w:rPr>
        <w:t xml:space="preserve">De zaterdag staat daarnaast in het teken van vakmanschap. De houtlaadwedstrijden en de teruggekeerde </w:t>
      </w:r>
      <w:proofErr w:type="spellStart"/>
      <w:r w:rsidRPr="00963861">
        <w:rPr>
          <w:rFonts w:ascii="Aptos" w:hAnsi="Aptos"/>
          <w:sz w:val="24"/>
          <w:szCs w:val="24"/>
          <w:lang w:val="nl-NL"/>
        </w:rPr>
        <w:t>bosarbeidwedstrijden</w:t>
      </w:r>
      <w:proofErr w:type="spellEnd"/>
      <w:r w:rsidRPr="00963861">
        <w:rPr>
          <w:rFonts w:ascii="Aptos" w:hAnsi="Aptos"/>
          <w:sz w:val="24"/>
          <w:szCs w:val="24"/>
          <w:lang w:val="nl-NL"/>
        </w:rPr>
        <w:t xml:space="preserve"> laten zien hoeveel techniek, precisie en ervaring nodig zijn om veilig en nauwkeurig in het bos te werken.</w:t>
      </w:r>
    </w:p>
    <w:p w14:paraId="72DA4961" w14:textId="77777777" w:rsidR="00963861" w:rsidRPr="00963861" w:rsidRDefault="00963861" w:rsidP="00963861">
      <w:pPr>
        <w:rPr>
          <w:rFonts w:ascii="Aptos" w:hAnsi="Aptos"/>
          <w:sz w:val="24"/>
          <w:szCs w:val="24"/>
          <w:lang w:val="nl-NL"/>
        </w:rPr>
      </w:pPr>
      <w:r w:rsidRPr="00963861">
        <w:rPr>
          <w:rFonts w:ascii="Aptos" w:hAnsi="Aptos"/>
          <w:sz w:val="24"/>
          <w:szCs w:val="24"/>
          <w:lang w:val="nl-NL"/>
        </w:rPr>
        <w:lastRenderedPageBreak/>
        <w:t xml:space="preserve">Op zondag verandert een deel van het terrein in Schotland tijdens een officiële wedstrijd uit de Benelux Highland Games. Nieuw is ook het bostheater, waar bezoekers kunnen aanschuiven voor korte lezingen en demonstraties over bosbeheer, </w:t>
      </w:r>
      <w:proofErr w:type="spellStart"/>
      <w:r w:rsidRPr="00963861">
        <w:rPr>
          <w:rFonts w:ascii="Aptos" w:hAnsi="Aptos"/>
          <w:sz w:val="24"/>
          <w:szCs w:val="24"/>
          <w:lang w:val="nl-NL"/>
        </w:rPr>
        <w:t>bushcraft</w:t>
      </w:r>
      <w:proofErr w:type="spellEnd"/>
      <w:r w:rsidRPr="00963861">
        <w:rPr>
          <w:rFonts w:ascii="Aptos" w:hAnsi="Aptos"/>
          <w:sz w:val="24"/>
          <w:szCs w:val="24"/>
          <w:lang w:val="nl-NL"/>
        </w:rPr>
        <w:t>, wildbeheer en outdoorleven.</w:t>
      </w:r>
    </w:p>
    <w:p w14:paraId="3B3DF3D7" w14:textId="33AF1FC5" w:rsidR="00963861" w:rsidRPr="00276686" w:rsidRDefault="00276686" w:rsidP="00963861">
      <w:pPr>
        <w:rPr>
          <w:rFonts w:ascii="Aptos" w:hAnsi="Aptos"/>
          <w:b/>
          <w:bCs/>
          <w:sz w:val="28"/>
          <w:szCs w:val="28"/>
          <w:lang w:val="nl-NL"/>
        </w:rPr>
      </w:pPr>
      <w:r w:rsidRPr="00276686">
        <w:rPr>
          <w:rFonts w:ascii="Aptos" w:hAnsi="Aptos"/>
          <w:b/>
          <w:bCs/>
          <w:sz w:val="28"/>
          <w:szCs w:val="28"/>
          <w:lang w:val="nl-NL"/>
        </w:rPr>
        <w:t>Veel ruimte voor de kinderen</w:t>
      </w:r>
    </w:p>
    <w:p w14:paraId="52C064A2" w14:textId="77777777" w:rsidR="00963861" w:rsidRPr="00963861" w:rsidRDefault="00963861" w:rsidP="00963861">
      <w:pPr>
        <w:rPr>
          <w:rFonts w:ascii="Aptos" w:hAnsi="Aptos"/>
          <w:sz w:val="24"/>
          <w:szCs w:val="24"/>
          <w:lang w:val="nl-NL"/>
        </w:rPr>
      </w:pPr>
      <w:r w:rsidRPr="00963861">
        <w:rPr>
          <w:rFonts w:ascii="Aptos" w:hAnsi="Aptos"/>
          <w:sz w:val="24"/>
          <w:szCs w:val="24"/>
          <w:lang w:val="nl-NL"/>
        </w:rPr>
        <w:t>Voor kinderen is er opnieuw volop te beleven. Het speelpark, klimactiviteiten, workshops, demonstraties en doe-opstellingen zorgen ervoor dat ook de jongste bezoekers spelenderwijs kennismaken met het bos en alles wat daarbij hoort.</w:t>
      </w:r>
    </w:p>
    <w:p w14:paraId="19FB93D4" w14:textId="77777777" w:rsidR="00963861" w:rsidRPr="00963861" w:rsidRDefault="00963861" w:rsidP="00963861">
      <w:pPr>
        <w:rPr>
          <w:rFonts w:ascii="Aptos" w:hAnsi="Aptos"/>
          <w:sz w:val="24"/>
          <w:szCs w:val="24"/>
          <w:lang w:val="nl-NL"/>
        </w:rPr>
      </w:pPr>
      <w:r w:rsidRPr="00963861">
        <w:rPr>
          <w:rFonts w:ascii="Aptos" w:hAnsi="Aptos"/>
          <w:sz w:val="24"/>
          <w:szCs w:val="24"/>
          <w:lang w:val="nl-NL"/>
        </w:rPr>
        <w:t>Zo laat het Houthakkersfeest zien dat een dag vol plezier tegelijkertijd een dag vol nieuwe inzichten kan zijn.</w:t>
      </w:r>
    </w:p>
    <w:p w14:paraId="6362E7F5" w14:textId="77777777" w:rsidR="00963861" w:rsidRPr="00963861" w:rsidRDefault="00963861" w:rsidP="00963861">
      <w:pPr>
        <w:rPr>
          <w:rFonts w:ascii="Aptos" w:hAnsi="Aptos"/>
          <w:sz w:val="24"/>
          <w:szCs w:val="24"/>
          <w:lang w:val="nl-NL"/>
        </w:rPr>
      </w:pPr>
    </w:p>
    <w:p w14:paraId="310BD984" w14:textId="77777777" w:rsidR="00276686" w:rsidRPr="00963861" w:rsidRDefault="00276686" w:rsidP="00276686">
      <w:pPr>
        <w:rPr>
          <w:rFonts w:ascii="Aptos" w:hAnsi="Aptos"/>
          <w:sz w:val="24"/>
          <w:szCs w:val="24"/>
          <w:lang w:val="nl-NL"/>
        </w:rPr>
      </w:pPr>
      <w:r>
        <w:rPr>
          <w:rFonts w:ascii="Aptos" w:hAnsi="Aptos"/>
          <w:sz w:val="24"/>
          <w:szCs w:val="24"/>
          <w:lang w:val="nl-NL"/>
        </w:rPr>
        <w:t>(aanvullende info – zie bijlage)</w:t>
      </w:r>
    </w:p>
    <w:p w14:paraId="321A9E2F" w14:textId="2EA45D2B" w:rsidR="00276686" w:rsidRDefault="00276686">
      <w:pPr>
        <w:rPr>
          <w:rFonts w:ascii="Aptos" w:hAnsi="Aptos"/>
          <w:sz w:val="24"/>
          <w:szCs w:val="24"/>
          <w:lang w:val="nl-NL"/>
        </w:rPr>
      </w:pPr>
      <w:r>
        <w:rPr>
          <w:rFonts w:ascii="Aptos" w:hAnsi="Aptos"/>
          <w:sz w:val="24"/>
          <w:szCs w:val="24"/>
          <w:lang w:val="nl-NL"/>
        </w:rPr>
        <w:br w:type="page"/>
      </w:r>
    </w:p>
    <w:p w14:paraId="4383ADCC" w14:textId="0DEE283F" w:rsidR="00BA0CFC" w:rsidRDefault="00BA0CFC" w:rsidP="00963861">
      <w:pPr>
        <w:rPr>
          <w:rFonts w:ascii="Aptos" w:hAnsi="Aptos"/>
          <w:b/>
          <w:bCs/>
          <w:sz w:val="40"/>
          <w:szCs w:val="40"/>
          <w:lang w:val="nl-NL"/>
        </w:rPr>
      </w:pPr>
      <w:r w:rsidRPr="00BA0CFC">
        <w:rPr>
          <w:rFonts w:ascii="Aptos" w:hAnsi="Aptos"/>
          <w:b/>
          <w:bCs/>
          <w:sz w:val="40"/>
          <w:szCs w:val="40"/>
          <w:lang w:val="nl-NL"/>
        </w:rPr>
        <w:lastRenderedPageBreak/>
        <w:t>B</w:t>
      </w:r>
      <w:r>
        <w:rPr>
          <w:rFonts w:ascii="Aptos" w:hAnsi="Aptos"/>
          <w:b/>
          <w:bCs/>
          <w:sz w:val="40"/>
          <w:szCs w:val="40"/>
          <w:lang w:val="nl-NL"/>
        </w:rPr>
        <w:t>ijlage</w:t>
      </w:r>
    </w:p>
    <w:p w14:paraId="5905C64E" w14:textId="77777777" w:rsidR="00BA0CFC" w:rsidRPr="00BA0CFC" w:rsidRDefault="00BA0CFC" w:rsidP="00963861">
      <w:pPr>
        <w:rPr>
          <w:rFonts w:ascii="Aptos" w:hAnsi="Aptos"/>
          <w:b/>
          <w:bCs/>
          <w:sz w:val="40"/>
          <w:szCs w:val="40"/>
          <w:lang w:val="nl-NL"/>
        </w:rPr>
      </w:pPr>
    </w:p>
    <w:p w14:paraId="173F6FFA" w14:textId="65F357FF" w:rsidR="00963861" w:rsidRPr="00963861" w:rsidRDefault="00963861" w:rsidP="00963861">
      <w:pPr>
        <w:rPr>
          <w:rFonts w:ascii="Aptos" w:hAnsi="Aptos"/>
          <w:sz w:val="24"/>
          <w:szCs w:val="24"/>
          <w:lang w:val="nl-NL"/>
        </w:rPr>
      </w:pPr>
      <w:r w:rsidRPr="00963861">
        <w:rPr>
          <w:rFonts w:ascii="Aptos" w:hAnsi="Aptos"/>
          <w:sz w:val="24"/>
          <w:szCs w:val="24"/>
          <w:lang w:val="nl-NL"/>
        </w:rPr>
        <w:t>FEITEN</w:t>
      </w:r>
      <w:r w:rsidR="00276686">
        <w:rPr>
          <w:rFonts w:ascii="Aptos" w:hAnsi="Aptos"/>
          <w:sz w:val="24"/>
          <w:szCs w:val="24"/>
          <w:lang w:val="nl-NL"/>
        </w:rPr>
        <w:t xml:space="preserve"> </w:t>
      </w:r>
      <w:r w:rsidRPr="00963861">
        <w:rPr>
          <w:rFonts w:ascii="Aptos" w:hAnsi="Aptos"/>
          <w:sz w:val="24"/>
          <w:szCs w:val="24"/>
          <w:lang w:val="nl-NL"/>
        </w:rPr>
        <w:t>Houthakkersfeest Lage Vuursche 2026</w:t>
      </w:r>
    </w:p>
    <w:p w14:paraId="56CCED14" w14:textId="77777777" w:rsidR="00963861" w:rsidRPr="00276686" w:rsidRDefault="00963861" w:rsidP="00276686">
      <w:pPr>
        <w:pStyle w:val="Lijstalinea"/>
        <w:numPr>
          <w:ilvl w:val="0"/>
          <w:numId w:val="10"/>
        </w:numPr>
        <w:rPr>
          <w:rFonts w:ascii="Aptos" w:hAnsi="Aptos"/>
          <w:sz w:val="24"/>
          <w:szCs w:val="24"/>
          <w:lang w:val="nl-NL"/>
        </w:rPr>
      </w:pPr>
      <w:r w:rsidRPr="00276686">
        <w:rPr>
          <w:rFonts w:ascii="Aptos" w:hAnsi="Aptos"/>
          <w:sz w:val="24"/>
          <w:szCs w:val="24"/>
          <w:lang w:val="nl-NL"/>
        </w:rPr>
        <w:t>37e editie</w:t>
      </w:r>
    </w:p>
    <w:p w14:paraId="0EB00D15" w14:textId="77777777" w:rsidR="00963861" w:rsidRPr="00276686" w:rsidRDefault="00963861" w:rsidP="00276686">
      <w:pPr>
        <w:pStyle w:val="Lijstalinea"/>
        <w:numPr>
          <w:ilvl w:val="0"/>
          <w:numId w:val="10"/>
        </w:numPr>
        <w:rPr>
          <w:rFonts w:ascii="Aptos" w:hAnsi="Aptos"/>
          <w:sz w:val="24"/>
          <w:szCs w:val="24"/>
          <w:lang w:val="nl-NL"/>
        </w:rPr>
      </w:pPr>
      <w:r w:rsidRPr="00276686">
        <w:rPr>
          <w:rFonts w:ascii="Aptos" w:hAnsi="Aptos"/>
          <w:sz w:val="24"/>
          <w:szCs w:val="24"/>
          <w:lang w:val="nl-NL"/>
        </w:rPr>
        <w:t>Zaterdag 22 en zondag 23 augustus 2026</w:t>
      </w:r>
    </w:p>
    <w:p w14:paraId="12F298ED" w14:textId="77777777" w:rsidR="00963861" w:rsidRPr="00276686" w:rsidRDefault="00963861" w:rsidP="00276686">
      <w:pPr>
        <w:pStyle w:val="Lijstalinea"/>
        <w:numPr>
          <w:ilvl w:val="0"/>
          <w:numId w:val="10"/>
        </w:numPr>
        <w:rPr>
          <w:rFonts w:ascii="Aptos" w:hAnsi="Aptos"/>
          <w:sz w:val="24"/>
          <w:szCs w:val="24"/>
          <w:lang w:val="nl-NL"/>
        </w:rPr>
      </w:pPr>
      <w:r w:rsidRPr="00276686">
        <w:rPr>
          <w:rFonts w:ascii="Aptos" w:hAnsi="Aptos"/>
          <w:sz w:val="24"/>
          <w:szCs w:val="24"/>
          <w:lang w:val="nl-NL"/>
        </w:rPr>
        <w:t>Kuil van Drakensteyn, Lage Vuursche</w:t>
      </w:r>
    </w:p>
    <w:p w14:paraId="7FE17BB5" w14:textId="77777777" w:rsidR="00963861" w:rsidRPr="00276686" w:rsidRDefault="00963861" w:rsidP="00276686">
      <w:pPr>
        <w:pStyle w:val="Lijstalinea"/>
        <w:numPr>
          <w:ilvl w:val="0"/>
          <w:numId w:val="10"/>
        </w:numPr>
        <w:rPr>
          <w:rFonts w:ascii="Aptos" w:hAnsi="Aptos"/>
          <w:sz w:val="24"/>
          <w:szCs w:val="24"/>
          <w:lang w:val="nl-NL"/>
        </w:rPr>
      </w:pPr>
      <w:r w:rsidRPr="00276686">
        <w:rPr>
          <w:rFonts w:ascii="Aptos" w:hAnsi="Aptos"/>
          <w:sz w:val="24"/>
          <w:szCs w:val="24"/>
          <w:lang w:val="nl-NL"/>
        </w:rPr>
        <w:t>Opening: 10.00 uur</w:t>
      </w:r>
    </w:p>
    <w:p w14:paraId="0853D721" w14:textId="77777777" w:rsidR="00963861" w:rsidRPr="00276686" w:rsidRDefault="00963861" w:rsidP="00276686">
      <w:pPr>
        <w:pStyle w:val="Lijstalinea"/>
        <w:numPr>
          <w:ilvl w:val="0"/>
          <w:numId w:val="10"/>
        </w:numPr>
        <w:rPr>
          <w:rFonts w:ascii="Aptos" w:hAnsi="Aptos"/>
          <w:sz w:val="24"/>
          <w:szCs w:val="24"/>
          <w:lang w:val="nl-NL"/>
        </w:rPr>
      </w:pPr>
      <w:r w:rsidRPr="00276686">
        <w:rPr>
          <w:rFonts w:ascii="Aptos" w:hAnsi="Aptos"/>
          <w:sz w:val="24"/>
          <w:szCs w:val="24"/>
          <w:lang w:val="nl-NL"/>
        </w:rPr>
        <w:t>Gratis toegang</w:t>
      </w:r>
    </w:p>
    <w:p w14:paraId="1370B095" w14:textId="77777777" w:rsidR="00963861" w:rsidRPr="00276686" w:rsidRDefault="00963861" w:rsidP="00276686">
      <w:pPr>
        <w:pStyle w:val="Lijstalinea"/>
        <w:numPr>
          <w:ilvl w:val="0"/>
          <w:numId w:val="10"/>
        </w:numPr>
        <w:rPr>
          <w:rFonts w:ascii="Aptos" w:hAnsi="Aptos"/>
          <w:sz w:val="24"/>
          <w:szCs w:val="24"/>
          <w:lang w:val="nl-NL"/>
        </w:rPr>
      </w:pPr>
      <w:r w:rsidRPr="00276686">
        <w:rPr>
          <w:rFonts w:ascii="Aptos" w:hAnsi="Aptos"/>
          <w:sz w:val="24"/>
          <w:szCs w:val="24"/>
          <w:lang w:val="nl-NL"/>
        </w:rPr>
        <w:t>Betaald parkeren</w:t>
      </w:r>
    </w:p>
    <w:p w14:paraId="65330251" w14:textId="77777777" w:rsidR="00963861" w:rsidRPr="00276686" w:rsidRDefault="00963861" w:rsidP="00276686">
      <w:pPr>
        <w:pStyle w:val="Lijstalinea"/>
        <w:numPr>
          <w:ilvl w:val="0"/>
          <w:numId w:val="10"/>
        </w:numPr>
        <w:rPr>
          <w:rFonts w:ascii="Aptos" w:hAnsi="Aptos"/>
          <w:sz w:val="24"/>
          <w:szCs w:val="24"/>
          <w:lang w:val="nl-NL"/>
        </w:rPr>
      </w:pPr>
      <w:r w:rsidRPr="00276686">
        <w:rPr>
          <w:rFonts w:ascii="Aptos" w:hAnsi="Aptos"/>
          <w:sz w:val="24"/>
          <w:szCs w:val="24"/>
          <w:lang w:val="nl-NL"/>
        </w:rPr>
        <w:t>Thema 2026: Van boom naar plank</w:t>
      </w:r>
    </w:p>
    <w:p w14:paraId="70ECD47C" w14:textId="4190004B" w:rsidR="00963861" w:rsidRPr="00276686" w:rsidRDefault="00963861" w:rsidP="00276686">
      <w:pPr>
        <w:pStyle w:val="Lijstalinea"/>
        <w:numPr>
          <w:ilvl w:val="0"/>
          <w:numId w:val="10"/>
        </w:numPr>
        <w:rPr>
          <w:rFonts w:ascii="Aptos" w:hAnsi="Aptos"/>
          <w:sz w:val="24"/>
          <w:szCs w:val="24"/>
          <w:lang w:val="nl-NL"/>
        </w:rPr>
      </w:pPr>
      <w:r w:rsidRPr="00276686">
        <w:rPr>
          <w:rFonts w:ascii="Aptos" w:hAnsi="Aptos"/>
          <w:sz w:val="24"/>
          <w:szCs w:val="24"/>
          <w:lang w:val="nl-NL"/>
        </w:rPr>
        <w:t>Jaarlijks circa 15.000 bezoekers</w:t>
      </w:r>
    </w:p>
    <w:p w14:paraId="7E8E55B5" w14:textId="77777777" w:rsidR="00BA0CFC" w:rsidRDefault="00BA0CFC" w:rsidP="00963861">
      <w:pPr>
        <w:rPr>
          <w:rFonts w:ascii="Aptos" w:hAnsi="Aptos"/>
          <w:sz w:val="24"/>
          <w:szCs w:val="24"/>
          <w:lang w:val="nl-NL"/>
        </w:rPr>
      </w:pPr>
    </w:p>
    <w:p w14:paraId="48A08AF0" w14:textId="4D959552" w:rsidR="00963861" w:rsidRPr="00963861" w:rsidRDefault="00963861" w:rsidP="00963861">
      <w:pPr>
        <w:rPr>
          <w:rFonts w:ascii="Aptos" w:hAnsi="Aptos"/>
          <w:sz w:val="24"/>
          <w:szCs w:val="24"/>
          <w:lang w:val="nl-NL"/>
        </w:rPr>
      </w:pPr>
      <w:r w:rsidRPr="00963861">
        <w:rPr>
          <w:rFonts w:ascii="Aptos" w:hAnsi="Aptos"/>
          <w:sz w:val="24"/>
          <w:szCs w:val="24"/>
          <w:lang w:val="nl-NL"/>
        </w:rPr>
        <w:t>PROGRAMMAHOOFDPUNTEN</w:t>
      </w:r>
    </w:p>
    <w:p w14:paraId="51FEF69F" w14:textId="77777777" w:rsidR="00963861" w:rsidRPr="00276686" w:rsidRDefault="00963861" w:rsidP="00276686">
      <w:pPr>
        <w:pStyle w:val="Lijstalinea"/>
        <w:numPr>
          <w:ilvl w:val="0"/>
          <w:numId w:val="11"/>
        </w:numPr>
        <w:rPr>
          <w:rFonts w:ascii="Aptos" w:hAnsi="Aptos"/>
          <w:sz w:val="24"/>
          <w:szCs w:val="24"/>
          <w:lang w:val="nl-NL"/>
        </w:rPr>
      </w:pPr>
      <w:r w:rsidRPr="00276686">
        <w:rPr>
          <w:rFonts w:ascii="Aptos" w:hAnsi="Aptos"/>
          <w:sz w:val="24"/>
          <w:szCs w:val="24"/>
          <w:lang w:val="nl-NL"/>
        </w:rPr>
        <w:t xml:space="preserve">Nieuw: Interactief </w:t>
      </w:r>
      <w:proofErr w:type="spellStart"/>
      <w:r w:rsidRPr="00276686">
        <w:rPr>
          <w:rFonts w:ascii="Aptos" w:hAnsi="Aptos"/>
          <w:sz w:val="24"/>
          <w:szCs w:val="24"/>
          <w:lang w:val="nl-NL"/>
        </w:rPr>
        <w:t>beleefpad</w:t>
      </w:r>
      <w:proofErr w:type="spellEnd"/>
      <w:r w:rsidRPr="00276686">
        <w:rPr>
          <w:rFonts w:ascii="Aptos" w:hAnsi="Aptos"/>
          <w:sz w:val="24"/>
          <w:szCs w:val="24"/>
          <w:lang w:val="nl-NL"/>
        </w:rPr>
        <w:t xml:space="preserve"> 'Van boom naar plank'</w:t>
      </w:r>
    </w:p>
    <w:p w14:paraId="3D481F02" w14:textId="77777777" w:rsidR="00963861" w:rsidRPr="00276686" w:rsidRDefault="00963861" w:rsidP="00276686">
      <w:pPr>
        <w:pStyle w:val="Lijstalinea"/>
        <w:numPr>
          <w:ilvl w:val="0"/>
          <w:numId w:val="11"/>
        </w:numPr>
        <w:rPr>
          <w:rFonts w:ascii="Aptos" w:hAnsi="Aptos"/>
          <w:sz w:val="24"/>
          <w:szCs w:val="24"/>
          <w:lang w:val="nl-NL"/>
        </w:rPr>
      </w:pPr>
      <w:r w:rsidRPr="00276686">
        <w:rPr>
          <w:rFonts w:ascii="Aptos" w:hAnsi="Aptos"/>
          <w:sz w:val="24"/>
          <w:szCs w:val="24"/>
          <w:lang w:val="nl-NL"/>
        </w:rPr>
        <w:t>Nederlands Kampioenschap Carving (3 disciplines)</w:t>
      </w:r>
    </w:p>
    <w:p w14:paraId="12DA6320" w14:textId="77777777" w:rsidR="00963861" w:rsidRPr="00276686" w:rsidRDefault="00963861" w:rsidP="00276686">
      <w:pPr>
        <w:pStyle w:val="Lijstalinea"/>
        <w:numPr>
          <w:ilvl w:val="0"/>
          <w:numId w:val="11"/>
        </w:numPr>
        <w:rPr>
          <w:rFonts w:ascii="Aptos" w:hAnsi="Aptos"/>
          <w:sz w:val="24"/>
          <w:szCs w:val="24"/>
          <w:lang w:val="nl-NL"/>
        </w:rPr>
      </w:pPr>
      <w:r w:rsidRPr="00276686">
        <w:rPr>
          <w:rFonts w:ascii="Aptos" w:hAnsi="Aptos"/>
          <w:sz w:val="24"/>
          <w:szCs w:val="24"/>
          <w:lang w:val="nl-NL"/>
        </w:rPr>
        <w:t xml:space="preserve">Internationale </w:t>
      </w:r>
      <w:proofErr w:type="spellStart"/>
      <w:r w:rsidRPr="00276686">
        <w:rPr>
          <w:rFonts w:ascii="Aptos" w:hAnsi="Aptos"/>
          <w:sz w:val="24"/>
          <w:szCs w:val="24"/>
          <w:lang w:val="nl-NL"/>
        </w:rPr>
        <w:t>Chainsaw</w:t>
      </w:r>
      <w:proofErr w:type="spellEnd"/>
      <w:r w:rsidRPr="00276686">
        <w:rPr>
          <w:rFonts w:ascii="Aptos" w:hAnsi="Aptos"/>
          <w:sz w:val="24"/>
          <w:szCs w:val="24"/>
          <w:lang w:val="nl-NL"/>
        </w:rPr>
        <w:t xml:space="preserve"> </w:t>
      </w:r>
      <w:proofErr w:type="spellStart"/>
      <w:r w:rsidRPr="00276686">
        <w:rPr>
          <w:rFonts w:ascii="Aptos" w:hAnsi="Aptos"/>
          <w:sz w:val="24"/>
          <w:szCs w:val="24"/>
          <w:lang w:val="nl-NL"/>
        </w:rPr>
        <w:t>Only</w:t>
      </w:r>
      <w:proofErr w:type="spellEnd"/>
      <w:r w:rsidRPr="00276686">
        <w:rPr>
          <w:rFonts w:ascii="Aptos" w:hAnsi="Aptos"/>
          <w:sz w:val="24"/>
          <w:szCs w:val="24"/>
          <w:lang w:val="nl-NL"/>
        </w:rPr>
        <w:t>-competitie</w:t>
      </w:r>
    </w:p>
    <w:p w14:paraId="5F197C78" w14:textId="77777777" w:rsidR="00963861" w:rsidRPr="00276686" w:rsidRDefault="00963861" w:rsidP="00276686">
      <w:pPr>
        <w:pStyle w:val="Lijstalinea"/>
        <w:numPr>
          <w:ilvl w:val="0"/>
          <w:numId w:val="11"/>
        </w:numPr>
        <w:rPr>
          <w:rFonts w:ascii="Aptos" w:hAnsi="Aptos"/>
          <w:sz w:val="24"/>
          <w:szCs w:val="24"/>
          <w:lang w:val="nl-NL"/>
        </w:rPr>
      </w:pPr>
      <w:proofErr w:type="spellStart"/>
      <w:r w:rsidRPr="00276686">
        <w:rPr>
          <w:rFonts w:ascii="Aptos" w:hAnsi="Aptos"/>
          <w:sz w:val="24"/>
          <w:szCs w:val="24"/>
          <w:lang w:val="nl-NL"/>
        </w:rPr>
        <w:t>Vakdag</w:t>
      </w:r>
      <w:proofErr w:type="spellEnd"/>
      <w:r w:rsidRPr="00276686">
        <w:rPr>
          <w:rFonts w:ascii="Aptos" w:hAnsi="Aptos"/>
          <w:sz w:val="24"/>
          <w:szCs w:val="24"/>
          <w:lang w:val="nl-NL"/>
        </w:rPr>
        <w:t xml:space="preserve"> met houtlaadwedstrijden</w:t>
      </w:r>
    </w:p>
    <w:p w14:paraId="6FC8EA1F" w14:textId="77777777" w:rsidR="00963861" w:rsidRPr="00276686" w:rsidRDefault="00963861" w:rsidP="00276686">
      <w:pPr>
        <w:pStyle w:val="Lijstalinea"/>
        <w:numPr>
          <w:ilvl w:val="0"/>
          <w:numId w:val="11"/>
        </w:numPr>
        <w:rPr>
          <w:rFonts w:ascii="Aptos" w:hAnsi="Aptos"/>
          <w:sz w:val="24"/>
          <w:szCs w:val="24"/>
          <w:lang w:val="nl-NL"/>
        </w:rPr>
      </w:pPr>
      <w:proofErr w:type="spellStart"/>
      <w:r w:rsidRPr="00276686">
        <w:rPr>
          <w:rFonts w:ascii="Aptos" w:hAnsi="Aptos"/>
          <w:sz w:val="24"/>
          <w:szCs w:val="24"/>
          <w:lang w:val="nl-NL"/>
        </w:rPr>
        <w:t>Bosarbeidwedstrijden</w:t>
      </w:r>
      <w:proofErr w:type="spellEnd"/>
    </w:p>
    <w:p w14:paraId="09CAA1FF" w14:textId="77777777" w:rsidR="00963861" w:rsidRPr="00276686" w:rsidRDefault="00963861" w:rsidP="00276686">
      <w:pPr>
        <w:pStyle w:val="Lijstalinea"/>
        <w:numPr>
          <w:ilvl w:val="0"/>
          <w:numId w:val="11"/>
        </w:numPr>
        <w:rPr>
          <w:rFonts w:ascii="Aptos" w:hAnsi="Aptos"/>
          <w:sz w:val="24"/>
          <w:szCs w:val="24"/>
          <w:lang w:val="nl-NL"/>
        </w:rPr>
      </w:pPr>
      <w:r w:rsidRPr="00276686">
        <w:rPr>
          <w:rFonts w:ascii="Aptos" w:hAnsi="Aptos"/>
          <w:sz w:val="24"/>
          <w:szCs w:val="24"/>
          <w:lang w:val="nl-NL"/>
        </w:rPr>
        <w:t>Benelux Highland Games</w:t>
      </w:r>
    </w:p>
    <w:p w14:paraId="3DB57B7E" w14:textId="77777777" w:rsidR="00963861" w:rsidRPr="00276686" w:rsidRDefault="00963861" w:rsidP="00276686">
      <w:pPr>
        <w:pStyle w:val="Lijstalinea"/>
        <w:numPr>
          <w:ilvl w:val="0"/>
          <w:numId w:val="11"/>
        </w:numPr>
        <w:rPr>
          <w:rFonts w:ascii="Aptos" w:hAnsi="Aptos"/>
          <w:sz w:val="24"/>
          <w:szCs w:val="24"/>
          <w:lang w:val="nl-NL"/>
        </w:rPr>
      </w:pPr>
      <w:r w:rsidRPr="00276686">
        <w:rPr>
          <w:rFonts w:ascii="Aptos" w:hAnsi="Aptos"/>
          <w:sz w:val="24"/>
          <w:szCs w:val="24"/>
          <w:lang w:val="nl-NL"/>
        </w:rPr>
        <w:t>Nieuw bostheater</w:t>
      </w:r>
    </w:p>
    <w:p w14:paraId="764F7207" w14:textId="77777777" w:rsidR="00963861" w:rsidRPr="00276686" w:rsidRDefault="00963861" w:rsidP="00276686">
      <w:pPr>
        <w:pStyle w:val="Lijstalinea"/>
        <w:numPr>
          <w:ilvl w:val="0"/>
          <w:numId w:val="11"/>
        </w:numPr>
        <w:rPr>
          <w:rFonts w:ascii="Aptos" w:hAnsi="Aptos"/>
          <w:sz w:val="24"/>
          <w:szCs w:val="24"/>
          <w:lang w:val="nl-NL"/>
        </w:rPr>
      </w:pPr>
      <w:proofErr w:type="spellStart"/>
      <w:r w:rsidRPr="00276686">
        <w:rPr>
          <w:rFonts w:ascii="Aptos" w:hAnsi="Aptos"/>
          <w:sz w:val="24"/>
          <w:szCs w:val="24"/>
          <w:lang w:val="nl-NL"/>
        </w:rPr>
        <w:t>Bushcraft</w:t>
      </w:r>
      <w:proofErr w:type="spellEnd"/>
      <w:r w:rsidRPr="00276686">
        <w:rPr>
          <w:rFonts w:ascii="Aptos" w:hAnsi="Aptos"/>
          <w:sz w:val="24"/>
          <w:szCs w:val="24"/>
          <w:lang w:val="nl-NL"/>
        </w:rPr>
        <w:t xml:space="preserve"> en demonstraties</w:t>
      </w:r>
    </w:p>
    <w:p w14:paraId="60D66DE7" w14:textId="77777777" w:rsidR="00963861" w:rsidRPr="00276686" w:rsidRDefault="00963861" w:rsidP="00276686">
      <w:pPr>
        <w:pStyle w:val="Lijstalinea"/>
        <w:numPr>
          <w:ilvl w:val="0"/>
          <w:numId w:val="11"/>
        </w:numPr>
        <w:rPr>
          <w:rFonts w:ascii="Aptos" w:hAnsi="Aptos"/>
          <w:sz w:val="24"/>
          <w:szCs w:val="24"/>
          <w:lang w:val="nl-NL"/>
        </w:rPr>
      </w:pPr>
      <w:r w:rsidRPr="00276686">
        <w:rPr>
          <w:rFonts w:ascii="Aptos" w:hAnsi="Aptos"/>
          <w:sz w:val="24"/>
          <w:szCs w:val="24"/>
          <w:lang w:val="nl-NL"/>
        </w:rPr>
        <w:t>Houthakkersmarkt</w:t>
      </w:r>
    </w:p>
    <w:p w14:paraId="1D431E65" w14:textId="77777777" w:rsidR="00963861" w:rsidRPr="00276686" w:rsidRDefault="00963861" w:rsidP="00276686">
      <w:pPr>
        <w:pStyle w:val="Lijstalinea"/>
        <w:numPr>
          <w:ilvl w:val="0"/>
          <w:numId w:val="11"/>
        </w:numPr>
        <w:rPr>
          <w:rFonts w:ascii="Aptos" w:hAnsi="Aptos"/>
          <w:sz w:val="24"/>
          <w:szCs w:val="24"/>
          <w:lang w:val="nl-NL"/>
        </w:rPr>
      </w:pPr>
      <w:r w:rsidRPr="00276686">
        <w:rPr>
          <w:rFonts w:ascii="Aptos" w:hAnsi="Aptos"/>
          <w:sz w:val="24"/>
          <w:szCs w:val="24"/>
          <w:lang w:val="nl-NL"/>
        </w:rPr>
        <w:t>Muziekpodium</w:t>
      </w:r>
    </w:p>
    <w:p w14:paraId="32F1DC9D" w14:textId="77777777" w:rsidR="00963861" w:rsidRPr="00276686" w:rsidRDefault="00963861" w:rsidP="00276686">
      <w:pPr>
        <w:pStyle w:val="Lijstalinea"/>
        <w:numPr>
          <w:ilvl w:val="0"/>
          <w:numId w:val="11"/>
        </w:numPr>
        <w:rPr>
          <w:rFonts w:ascii="Aptos" w:hAnsi="Aptos"/>
          <w:sz w:val="24"/>
          <w:szCs w:val="24"/>
          <w:lang w:val="nl-NL"/>
        </w:rPr>
      </w:pPr>
      <w:r w:rsidRPr="00276686">
        <w:rPr>
          <w:rFonts w:ascii="Aptos" w:hAnsi="Aptos"/>
          <w:sz w:val="24"/>
          <w:szCs w:val="24"/>
          <w:lang w:val="nl-NL"/>
        </w:rPr>
        <w:t>Foodtrucks</w:t>
      </w:r>
    </w:p>
    <w:p w14:paraId="03A9374D" w14:textId="77777777" w:rsidR="00963861" w:rsidRPr="00276686" w:rsidRDefault="00963861" w:rsidP="00276686">
      <w:pPr>
        <w:pStyle w:val="Lijstalinea"/>
        <w:numPr>
          <w:ilvl w:val="0"/>
          <w:numId w:val="11"/>
        </w:numPr>
        <w:rPr>
          <w:rFonts w:ascii="Aptos" w:hAnsi="Aptos"/>
          <w:sz w:val="24"/>
          <w:szCs w:val="24"/>
          <w:lang w:val="nl-NL"/>
        </w:rPr>
      </w:pPr>
      <w:r w:rsidRPr="00276686">
        <w:rPr>
          <w:rFonts w:ascii="Aptos" w:hAnsi="Aptos"/>
          <w:sz w:val="24"/>
          <w:szCs w:val="24"/>
          <w:lang w:val="nl-NL"/>
        </w:rPr>
        <w:t>Speelpark en kinderactiviteiten</w:t>
      </w:r>
    </w:p>
    <w:p w14:paraId="30CA0BCC" w14:textId="77777777" w:rsidR="00276686" w:rsidRDefault="00276686" w:rsidP="00963861">
      <w:pPr>
        <w:rPr>
          <w:rFonts w:ascii="Aptos" w:hAnsi="Aptos"/>
          <w:sz w:val="24"/>
          <w:szCs w:val="24"/>
          <w:lang w:val="nl-NL"/>
        </w:rPr>
      </w:pPr>
    </w:p>
    <w:p w14:paraId="0DBB244C" w14:textId="7F671628" w:rsidR="00963861" w:rsidRPr="00963861" w:rsidRDefault="00963861" w:rsidP="00963861">
      <w:pPr>
        <w:rPr>
          <w:rFonts w:ascii="Aptos" w:hAnsi="Aptos"/>
          <w:sz w:val="24"/>
          <w:szCs w:val="24"/>
          <w:lang w:val="nl-NL"/>
        </w:rPr>
      </w:pPr>
      <w:r w:rsidRPr="00963861">
        <w:rPr>
          <w:rFonts w:ascii="Aptos" w:hAnsi="Aptos"/>
          <w:sz w:val="24"/>
          <w:szCs w:val="24"/>
          <w:lang w:val="nl-NL"/>
        </w:rPr>
        <w:t>PERSCONTACT</w:t>
      </w:r>
    </w:p>
    <w:p w14:paraId="7D6BE06C" w14:textId="1F4A45DE" w:rsidR="00FE48C2" w:rsidRDefault="00000000">
      <w:pPr>
        <w:rPr>
          <w:rFonts w:ascii="Aptos" w:hAnsi="Aptos"/>
          <w:sz w:val="24"/>
          <w:szCs w:val="24"/>
          <w:lang w:val="nl-NL"/>
        </w:rPr>
      </w:pPr>
      <w:r w:rsidRPr="00963861">
        <w:rPr>
          <w:rFonts w:ascii="Aptos" w:hAnsi="Aptos"/>
          <w:sz w:val="24"/>
          <w:szCs w:val="24"/>
          <w:lang w:val="nl-NL"/>
        </w:rPr>
        <w:t>Kees Mudde</w:t>
      </w:r>
      <w:r w:rsidR="00276686">
        <w:rPr>
          <w:rFonts w:ascii="Aptos" w:hAnsi="Aptos"/>
          <w:sz w:val="24"/>
          <w:szCs w:val="24"/>
          <w:lang w:val="nl-NL"/>
        </w:rPr>
        <w:br/>
        <w:t>06 – 51 29 81 15</w:t>
      </w:r>
      <w:r w:rsidRPr="00963861">
        <w:rPr>
          <w:rFonts w:ascii="Aptos" w:hAnsi="Aptos"/>
          <w:sz w:val="24"/>
          <w:szCs w:val="24"/>
          <w:lang w:val="nl-NL"/>
        </w:rPr>
        <w:br/>
        <w:t>kees@houthakkersfeest.nl</w:t>
      </w:r>
    </w:p>
    <w:p w14:paraId="29EA1CAF" w14:textId="66CB9807" w:rsidR="000D4398" w:rsidRPr="00963861" w:rsidRDefault="00276686">
      <w:pPr>
        <w:rPr>
          <w:rFonts w:ascii="Aptos" w:hAnsi="Aptos"/>
          <w:sz w:val="24"/>
          <w:szCs w:val="24"/>
          <w:lang w:val="nl-NL"/>
        </w:rPr>
      </w:pPr>
      <w:r>
        <w:rPr>
          <w:rFonts w:ascii="Aptos" w:hAnsi="Aptos"/>
          <w:sz w:val="24"/>
          <w:szCs w:val="24"/>
          <w:lang w:val="nl-NL"/>
        </w:rPr>
        <w:t>Rene van Achteren</w:t>
      </w:r>
      <w:r>
        <w:rPr>
          <w:rFonts w:ascii="Aptos" w:hAnsi="Aptos"/>
          <w:sz w:val="24"/>
          <w:szCs w:val="24"/>
          <w:lang w:val="nl-NL"/>
        </w:rPr>
        <w:br/>
        <w:t>06 – 52 33 64 05</w:t>
      </w:r>
      <w:r>
        <w:rPr>
          <w:rFonts w:ascii="Aptos" w:hAnsi="Aptos"/>
          <w:sz w:val="24"/>
          <w:szCs w:val="24"/>
          <w:lang w:val="nl-NL"/>
        </w:rPr>
        <w:br/>
        <w:t>rene@houthakkersfeest.nl</w:t>
      </w:r>
    </w:p>
    <w:sectPr w:rsidR="000D4398" w:rsidRPr="00963861" w:rsidSect="00BA0CFC">
      <w:pgSz w:w="11906" w:h="16838" w:code="9"/>
      <w:pgMar w:top="993" w:right="1800" w:bottom="709"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42660D2F"/>
    <w:multiLevelType w:val="hybridMultilevel"/>
    <w:tmpl w:val="F1B8AC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26D1020"/>
    <w:multiLevelType w:val="hybridMultilevel"/>
    <w:tmpl w:val="AE4E9B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02650125">
    <w:abstractNumId w:val="8"/>
  </w:num>
  <w:num w:numId="2" w16cid:durableId="1388989324">
    <w:abstractNumId w:val="6"/>
  </w:num>
  <w:num w:numId="3" w16cid:durableId="1891184280">
    <w:abstractNumId w:val="5"/>
  </w:num>
  <w:num w:numId="4" w16cid:durableId="784350233">
    <w:abstractNumId w:val="4"/>
  </w:num>
  <w:num w:numId="5" w16cid:durableId="992639973">
    <w:abstractNumId w:val="7"/>
  </w:num>
  <w:num w:numId="6" w16cid:durableId="967394176">
    <w:abstractNumId w:val="3"/>
  </w:num>
  <w:num w:numId="7" w16cid:durableId="1780032026">
    <w:abstractNumId w:val="2"/>
  </w:num>
  <w:num w:numId="8" w16cid:durableId="1555433651">
    <w:abstractNumId w:val="1"/>
  </w:num>
  <w:num w:numId="9" w16cid:durableId="490215893">
    <w:abstractNumId w:val="0"/>
  </w:num>
  <w:num w:numId="10" w16cid:durableId="146359042">
    <w:abstractNumId w:val="10"/>
  </w:num>
  <w:num w:numId="11" w16cid:durableId="11131349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4398"/>
    <w:rsid w:val="000F5B03"/>
    <w:rsid w:val="0015074B"/>
    <w:rsid w:val="00276686"/>
    <w:rsid w:val="0029639D"/>
    <w:rsid w:val="00326F90"/>
    <w:rsid w:val="004554DC"/>
    <w:rsid w:val="007934D9"/>
    <w:rsid w:val="00812E06"/>
    <w:rsid w:val="00963861"/>
    <w:rsid w:val="009726D9"/>
    <w:rsid w:val="00997FEA"/>
    <w:rsid w:val="009F2C97"/>
    <w:rsid w:val="00AA1D8D"/>
    <w:rsid w:val="00B47730"/>
    <w:rsid w:val="00B52925"/>
    <w:rsid w:val="00BA0CFC"/>
    <w:rsid w:val="00CB0664"/>
    <w:rsid w:val="00D71562"/>
    <w:rsid w:val="00FC693F"/>
    <w:rsid w:val="00FE48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E69180"/>
  <w14:defaultImageDpi w14:val="300"/>
  <w15:docId w15:val="{D1CA3487-F7AF-43F4-9109-15AFAD7F7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276686"/>
    <w:rPr>
      <w:color w:val="0000FF" w:themeColor="hyperlink"/>
      <w:u w:val="single"/>
    </w:rPr>
  </w:style>
  <w:style w:type="character" w:styleId="Onopgelostemelding">
    <w:name w:val="Unresolved Mention"/>
    <w:basedOn w:val="Standaardalinea-lettertype"/>
    <w:uiPriority w:val="99"/>
    <w:semiHidden/>
    <w:unhideWhenUsed/>
    <w:rsid w:val="002766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776</Words>
  <Characters>4270</Characters>
  <Application>Microsoft Office Word</Application>
  <DocSecurity>0</DocSecurity>
  <Lines>35</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5036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kees</cp:lastModifiedBy>
  <cp:revision>6</cp:revision>
  <cp:lastPrinted>2026-07-31T08:46:00Z</cp:lastPrinted>
  <dcterms:created xsi:type="dcterms:W3CDTF">2026-07-31T08:45:00Z</dcterms:created>
  <dcterms:modified xsi:type="dcterms:W3CDTF">2026-08-02T07:20:00Z</dcterms:modified>
  <cp:category/>
</cp:coreProperties>
</file>